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1F9D4" w14:textId="77777777" w:rsidR="00D8135F" w:rsidRDefault="004D0220">
      <w:pPr>
        <w:pStyle w:val="Title"/>
      </w:pPr>
      <w:r>
        <w:t>Oral health assessment and mouth care plan</w:t>
      </w:r>
    </w:p>
    <w:p w14:paraId="56A9E6D2" w14:textId="77777777" w:rsidR="00D8135F" w:rsidRDefault="004D0220">
      <w:pPr>
        <w:spacing w:after="120"/>
      </w:pPr>
      <w:r>
        <w:t>Care home record  •  Complete with the resident where possible, on admission and when needs change. Record observations and agree practical support in the care plan.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4752"/>
      </w:tblGrid>
      <w:tr w:rsidR="00D8135F" w14:paraId="4A5B6D04" w14:textId="77777777">
        <w:trPr>
          <w:jc w:val="center"/>
        </w:trPr>
        <w:tc>
          <w:tcPr>
            <w:tcW w:w="5472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F08F7F4" w14:textId="77777777" w:rsidR="00D8135F" w:rsidRDefault="004D0220">
            <w:pPr>
              <w:spacing w:before="40" w:after="40" w:line="264" w:lineRule="auto"/>
            </w:pPr>
            <w:r>
              <w:t>Resident name  ____________________________________</w:t>
            </w:r>
          </w:p>
        </w:tc>
        <w:tc>
          <w:tcPr>
            <w:tcW w:w="4752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61D3A89" w14:textId="77777777" w:rsidR="00D8135F" w:rsidRDefault="004D0220">
            <w:pPr>
              <w:spacing w:before="40" w:after="40" w:line="264" w:lineRule="auto"/>
            </w:pPr>
            <w:r>
              <w:t>Date of birth  __________________</w:t>
            </w:r>
          </w:p>
        </w:tc>
      </w:tr>
      <w:tr w:rsidR="00D8135F" w14:paraId="33A0CBCE" w14:textId="77777777">
        <w:trPr>
          <w:jc w:val="center"/>
        </w:trPr>
        <w:tc>
          <w:tcPr>
            <w:tcW w:w="5472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07204BA" w14:textId="77777777" w:rsidR="00D8135F" w:rsidRDefault="004D0220">
            <w:pPr>
              <w:spacing w:before="40" w:after="40" w:line="264" w:lineRule="auto"/>
            </w:pPr>
            <w:r>
              <w:t>Room  __________   Assessment date  ______________</w:t>
            </w:r>
          </w:p>
        </w:tc>
        <w:tc>
          <w:tcPr>
            <w:tcW w:w="4752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12C17FB" w14:textId="77777777" w:rsidR="00D8135F" w:rsidRDefault="004D0220">
            <w:pPr>
              <w:spacing w:before="40" w:after="40" w:line="264" w:lineRule="auto"/>
            </w:pPr>
            <w:r>
              <w:t>Completed by  _____________________</w:t>
            </w:r>
          </w:p>
        </w:tc>
      </w:tr>
    </w:tbl>
    <w:p w14:paraId="3AB76C96" w14:textId="77777777" w:rsidR="00D8135F" w:rsidRDefault="004D0220">
      <w:pPr>
        <w:pStyle w:val="Heading1"/>
      </w:pPr>
      <w:r>
        <w:t>Dental care and resident preferences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8136"/>
      </w:tblGrid>
      <w:tr w:rsidR="00D8135F" w14:paraId="28BA5BF9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9CD8CA9" w14:textId="77777777" w:rsidR="00D8135F" w:rsidRDefault="004D0220">
            <w:pPr>
              <w:spacing w:before="40" w:after="40" w:line="264" w:lineRule="auto"/>
            </w:pPr>
            <w:r>
              <w:t>Registered dentist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D9A04E3" w14:textId="77777777" w:rsidR="00D8135F" w:rsidRDefault="004D0220">
            <w:pPr>
              <w:spacing w:before="40" w:after="40" w:line="264" w:lineRule="auto"/>
            </w:pPr>
            <w:r>
              <w:t>☐</w:t>
            </w:r>
            <w:r>
              <w:t xml:space="preserve"> Yes   ☐ No   ☐ Unsure    Practice and contact: __________________________</w:t>
            </w:r>
          </w:p>
        </w:tc>
      </w:tr>
      <w:tr w:rsidR="00D8135F" w14:paraId="59DC3147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0671B54" w14:textId="77777777" w:rsidR="00D8135F" w:rsidRDefault="004D0220">
            <w:pPr>
              <w:spacing w:before="40" w:after="40" w:line="264" w:lineRule="auto"/>
            </w:pPr>
            <w:r>
              <w:t>Last dental visit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E901E03" w14:textId="77777777" w:rsidR="00D8135F" w:rsidRDefault="004D0220">
            <w:pPr>
              <w:spacing w:before="40" w:after="40" w:line="264" w:lineRule="auto"/>
            </w:pPr>
            <w:r>
              <w:t>Date or approximate date: ______________   ☐ Unknown</w:t>
            </w:r>
          </w:p>
        </w:tc>
      </w:tr>
      <w:tr w:rsidR="00D8135F" w14:paraId="78DF45DC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F5B68FA" w14:textId="77777777" w:rsidR="00D8135F" w:rsidRDefault="004D0220">
            <w:pPr>
              <w:spacing w:before="40" w:after="40" w:line="264" w:lineRule="auto"/>
            </w:pPr>
            <w:r>
              <w:t>Resident wishes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D72626" w14:textId="77777777" w:rsidR="00D8135F" w:rsidRDefault="004D0220">
            <w:pPr>
              <w:spacing w:before="40" w:after="40" w:line="264" w:lineRule="auto"/>
            </w:pPr>
            <w:r>
              <w:t>☐</w:t>
            </w:r>
            <w:r>
              <w:t xml:space="preserve"> Would like a dental visit   ☐ No request now   ☐ Unable to express preference</w:t>
            </w:r>
          </w:p>
        </w:tc>
      </w:tr>
    </w:tbl>
    <w:p w14:paraId="288802C2" w14:textId="77777777" w:rsidR="00D8135F" w:rsidRDefault="004D0220">
      <w:pPr>
        <w:spacing w:after="120"/>
      </w:pPr>
      <w:r>
        <w:t>How does the resident prefer mouth care to be explained or offered? Include communication, privacy, timing, and any known discomfort or refusal.</w:t>
      </w:r>
    </w:p>
    <w:p w14:paraId="04DE8D71" w14:textId="77777777" w:rsidR="00D8135F" w:rsidRDefault="004D0220">
      <w:pPr>
        <w:spacing w:after="120"/>
      </w:pPr>
      <w:r>
        <w:t>________________________________________________________________________________</w:t>
      </w:r>
    </w:p>
    <w:p w14:paraId="68E4EE08" w14:textId="77777777" w:rsidR="00D8135F" w:rsidRDefault="004D0220">
      <w:pPr>
        <w:pStyle w:val="Heading1"/>
      </w:pPr>
      <w:r>
        <w:t>Mouth and dental status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8136"/>
      </w:tblGrid>
      <w:tr w:rsidR="00D8135F" w14:paraId="210D5F53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shd w:val="clear" w:color="auto" w:fill="EAF1F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18C9BC6" w14:textId="77777777" w:rsidR="00D8135F" w:rsidRDefault="004D0220">
            <w:pPr>
              <w:spacing w:before="40" w:after="40" w:line="264" w:lineRule="auto"/>
            </w:pPr>
            <w:r>
              <w:rPr>
                <w:b/>
              </w:rPr>
              <w:t>Check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shd w:val="clear" w:color="auto" w:fill="EAF1F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A40BFDC" w14:textId="77777777" w:rsidR="00D8135F" w:rsidRDefault="004D0220">
            <w:pPr>
              <w:spacing w:before="40" w:after="40" w:line="264" w:lineRule="auto"/>
            </w:pPr>
            <w:r>
              <w:rPr>
                <w:b/>
              </w:rPr>
              <w:t>Record what you observe or the resident reports</w:t>
            </w:r>
          </w:p>
        </w:tc>
      </w:tr>
      <w:tr w:rsidR="00D8135F" w14:paraId="2CF8F879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90EA522" w14:textId="77777777" w:rsidR="00D8135F" w:rsidRDefault="004D0220">
            <w:pPr>
              <w:spacing w:before="40" w:after="40" w:line="264" w:lineRule="auto"/>
            </w:pPr>
            <w:r>
              <w:t>Natural teeth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1E1C2BF" w14:textId="77777777" w:rsidR="00D8135F" w:rsidRDefault="004D0220">
            <w:pPr>
              <w:spacing w:before="40" w:after="40" w:line="264" w:lineRule="auto"/>
            </w:pPr>
            <w:r>
              <w:t>☐</w:t>
            </w:r>
            <w:r>
              <w:t xml:space="preserve"> None   ☐ Some   ☐ Many    Broken or loose teeth: ☐ No ☐ Yes ☐ Unsure</w:t>
            </w:r>
          </w:p>
        </w:tc>
      </w:tr>
      <w:tr w:rsidR="00D8135F" w14:paraId="4CBB39ED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66100B0" w14:textId="77777777" w:rsidR="00D8135F" w:rsidRDefault="004D0220">
            <w:pPr>
              <w:spacing w:before="40" w:after="40" w:line="264" w:lineRule="auto"/>
            </w:pPr>
            <w:r>
              <w:t>Dentures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2644BC3" w14:textId="77777777" w:rsidR="00D8135F" w:rsidRDefault="004D0220">
            <w:pPr>
              <w:spacing w:before="40" w:after="40" w:line="264" w:lineRule="auto"/>
            </w:pPr>
            <w:r>
              <w:t>☐</w:t>
            </w:r>
            <w:r>
              <w:t xml:space="preserve"> None   ☐ Upper   ☐ Lower   ☐ Partial   ☐ Full   ☐ Has but does not wear</w:t>
            </w:r>
          </w:p>
        </w:tc>
      </w:tr>
      <w:tr w:rsidR="00D8135F" w14:paraId="129073BA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5AA1AE1" w14:textId="77777777" w:rsidR="00D8135F" w:rsidRDefault="004D0220">
            <w:pPr>
              <w:spacing w:before="40" w:after="40" w:line="264" w:lineRule="auto"/>
            </w:pPr>
            <w:r>
              <w:t>Denture use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9D60527" w14:textId="77777777" w:rsidR="00D8135F" w:rsidRDefault="004D0220">
            <w:pPr>
              <w:spacing w:before="40" w:after="40" w:line="264" w:lineRule="auto"/>
            </w:pPr>
            <w:r>
              <w:t>☐</w:t>
            </w:r>
            <w:r>
              <w:t xml:space="preserve"> Worn by day   ☐ Worn overnight   ☐ Removed overnight   ☐ Fit concerns</w:t>
            </w:r>
          </w:p>
        </w:tc>
      </w:tr>
      <w:tr w:rsidR="00D8135F" w14:paraId="0B2F7147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AB44FC8" w14:textId="77777777" w:rsidR="00D8135F" w:rsidRDefault="004D0220">
            <w:pPr>
              <w:spacing w:before="40" w:after="40" w:line="264" w:lineRule="auto"/>
            </w:pPr>
            <w:r>
              <w:t>Denture storage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26581C1" w14:textId="77777777" w:rsidR="00D8135F" w:rsidRDefault="004D0220">
            <w:pPr>
              <w:spacing w:before="40" w:after="40" w:line="264" w:lineRule="auto"/>
            </w:pPr>
            <w:r>
              <w:t>☐</w:t>
            </w:r>
            <w:r>
              <w:t xml:space="preserve"> Named denture   ☐ Named pot   ☐ Needs checking</w:t>
            </w:r>
          </w:p>
        </w:tc>
      </w:tr>
      <w:tr w:rsidR="00D8135F" w14:paraId="7D547037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619720F" w14:textId="77777777" w:rsidR="00D8135F" w:rsidRDefault="004D0220">
            <w:pPr>
              <w:spacing w:before="40" w:after="40" w:line="264" w:lineRule="auto"/>
            </w:pPr>
            <w:r>
              <w:t>Teeth and gums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9397BF1" w14:textId="77777777" w:rsidR="00D8135F" w:rsidRDefault="004D0220">
            <w:pPr>
              <w:spacing w:before="40" w:after="40" w:line="264" w:lineRule="auto"/>
            </w:pPr>
            <w:r>
              <w:t>Food or plaque: ☐ None ☐ Some ☐ A lot    Gums: ☐ No concern ☐ Red/bleeding</w:t>
            </w:r>
          </w:p>
        </w:tc>
      </w:tr>
      <w:tr w:rsidR="00D8135F" w14:paraId="6EBAF8D2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B61D981" w14:textId="77777777" w:rsidR="00D8135F" w:rsidRDefault="004D0220">
            <w:pPr>
              <w:spacing w:before="40" w:after="40" w:line="264" w:lineRule="auto"/>
            </w:pPr>
            <w:r>
              <w:t>Lips and mouth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3E1F683" w14:textId="77777777" w:rsidR="00D8135F" w:rsidRDefault="004D0220">
            <w:pPr>
              <w:spacing w:before="40" w:after="40" w:line="264" w:lineRule="auto"/>
            </w:pPr>
            <w:r>
              <w:t>Lips: ☐ Moist ☐ Dry/cracked ☐ Sore    Mouth: ☐ Moist ☐ Dry</w:t>
            </w:r>
          </w:p>
        </w:tc>
      </w:tr>
      <w:tr w:rsidR="00D8135F" w14:paraId="3D458F94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5E88C73" w14:textId="77777777" w:rsidR="00D8135F" w:rsidRDefault="004D0220">
            <w:pPr>
              <w:spacing w:before="40" w:after="40" w:line="264" w:lineRule="auto"/>
            </w:pPr>
            <w:r>
              <w:t>Soft tissues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560CA82" w14:textId="77777777" w:rsidR="00D8135F" w:rsidRDefault="004D0220">
            <w:pPr>
              <w:spacing w:before="40" w:after="40" w:line="264" w:lineRule="auto"/>
            </w:pPr>
            <w:r>
              <w:t>Tongue coating: ☐ No ☐ Yes    Ulcers or red/white patches: ☐ No ☐ Yes</w:t>
            </w:r>
          </w:p>
        </w:tc>
      </w:tr>
      <w:tr w:rsidR="00D8135F" w14:paraId="6478FC13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0A1FD01" w14:textId="77777777" w:rsidR="00D8135F" w:rsidRDefault="004D0220">
            <w:pPr>
              <w:spacing w:before="40" w:after="40" w:line="264" w:lineRule="auto"/>
            </w:pPr>
            <w:r>
              <w:t>Symptoms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173D9D7" w14:textId="77777777" w:rsidR="00D8135F" w:rsidRDefault="004D0220">
            <w:pPr>
              <w:spacing w:before="40" w:after="40" w:line="264" w:lineRule="auto"/>
            </w:pPr>
            <w:r>
              <w:t>☐</w:t>
            </w:r>
            <w:r>
              <w:t xml:space="preserve"> Pain   ☐ Swelling   ☐ Bleeding   ☐ Chewing difficulty   ☐ Other: __________</w:t>
            </w:r>
          </w:p>
        </w:tc>
      </w:tr>
    </w:tbl>
    <w:p w14:paraId="106B3F1F" w14:textId="77777777" w:rsidR="00D8135F" w:rsidRDefault="004D0220">
      <w:pPr>
        <w:spacing w:after="120"/>
      </w:pPr>
      <w:r>
        <w:t>Location and details of any concern: ___________________________________________________________</w:t>
      </w:r>
    </w:p>
    <w:p w14:paraId="7D61300C" w14:textId="77777777" w:rsidR="00D8135F" w:rsidRDefault="004D0220">
      <w:pPr>
        <w:spacing w:after="120"/>
      </w:pPr>
      <w:r>
        <w:t>________________________________________________________________________________</w:t>
      </w:r>
    </w:p>
    <w:p w14:paraId="147D2783" w14:textId="77777777" w:rsidR="00D8135F" w:rsidRDefault="004D0220">
      <w:pPr>
        <w:pStyle w:val="Heading1"/>
      </w:pPr>
      <w:r>
        <w:t>Ability and support needed</w:t>
      </w:r>
    </w:p>
    <w:p w14:paraId="2061767A" w14:textId="77777777" w:rsidR="00D8135F" w:rsidRDefault="004D0220">
      <w:pPr>
        <w:spacing w:after="120"/>
      </w:pPr>
      <w:r>
        <w:t>☐</w:t>
      </w:r>
      <w:r>
        <w:t xml:space="preserve"> Independent   ☐ Reminder or prompt   ☐ Supervision   ☐ Set up products   ☐ Some physical help   ☐ Full assistance</w:t>
      </w:r>
    </w:p>
    <w:p w14:paraId="560AEE66" w14:textId="77777777" w:rsidR="00D8135F" w:rsidRDefault="004D0220">
      <w:pPr>
        <w:spacing w:after="120"/>
      </w:pPr>
      <w:r>
        <w:t>Barriers: ☐ Will not open mouth   ☐ Pushes away   ☐ Bites brush   ☐ Cannot spit   ☐ Swallowing concern   ☐ Other: __________</w:t>
      </w:r>
    </w:p>
    <w:p w14:paraId="7C68B537" w14:textId="77777777" w:rsidR="00D8135F" w:rsidRDefault="004D0220">
      <w:pPr>
        <w:spacing w:after="120"/>
      </w:pPr>
      <w:r>
        <w:t>Approach that works best: _______________________________________________________________________</w:t>
      </w:r>
    </w:p>
    <w:p w14:paraId="57FCE9FA" w14:textId="77777777" w:rsidR="00D8135F" w:rsidRDefault="004D0220">
      <w:pPr>
        <w:spacing w:after="120"/>
      </w:pPr>
      <w:r>
        <w:br w:type="page"/>
      </w:r>
    </w:p>
    <w:p w14:paraId="1CA90459" w14:textId="77777777" w:rsidR="00D8135F" w:rsidRDefault="004D0220">
      <w:pPr>
        <w:pStyle w:val="Title"/>
      </w:pPr>
      <w:r>
        <w:lastRenderedPageBreak/>
        <w:t>Personal mouth care plan</w:t>
      </w:r>
    </w:p>
    <w:p w14:paraId="1B188CB9" w14:textId="77777777" w:rsidR="00D8135F" w:rsidRDefault="004D0220">
      <w:pPr>
        <w:spacing w:after="120"/>
      </w:pPr>
      <w:r>
        <w:t>Resident name  ____________________________________     Plan date  __________________</w:t>
      </w:r>
    </w:p>
    <w:p w14:paraId="17DB4623" w14:textId="77777777" w:rsidR="00D8135F" w:rsidRDefault="004D0220">
      <w:pPr>
        <w:spacing w:after="120"/>
      </w:pPr>
      <w:r>
        <w:t>Record the routine staff should follow and any professional advice already given. Update after changes in needs or dental review.</w:t>
      </w:r>
    </w:p>
    <w:p w14:paraId="521E77A4" w14:textId="77777777" w:rsidR="00D8135F" w:rsidRDefault="004D0220">
      <w:pPr>
        <w:pStyle w:val="Heading1"/>
      </w:pPr>
      <w:r>
        <w:t>Daily routine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8136"/>
      </w:tblGrid>
      <w:tr w:rsidR="00D8135F" w14:paraId="489C742C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shd w:val="clear" w:color="auto" w:fill="EAF1F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5E0C0FE" w14:textId="77777777" w:rsidR="00D8135F" w:rsidRDefault="004D0220">
            <w:pPr>
              <w:spacing w:before="40" w:after="40" w:line="264" w:lineRule="auto"/>
            </w:pPr>
            <w:r>
              <w:rPr>
                <w:b/>
              </w:rPr>
              <w:t>Care task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shd w:val="clear" w:color="auto" w:fill="EAF1F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A58B820" w14:textId="77777777" w:rsidR="00D8135F" w:rsidRDefault="004D0220">
            <w:pPr>
              <w:spacing w:before="40" w:after="40" w:line="264" w:lineRule="auto"/>
            </w:pPr>
            <w:r>
              <w:rPr>
                <w:b/>
              </w:rPr>
              <w:t>Agreed method and support</w:t>
            </w:r>
          </w:p>
        </w:tc>
      </w:tr>
      <w:tr w:rsidR="00D8135F" w14:paraId="675ECDC7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5219FF1" w14:textId="77777777" w:rsidR="00D8135F" w:rsidRDefault="004D0220">
            <w:pPr>
              <w:spacing w:before="40" w:after="40" w:line="264" w:lineRule="auto"/>
            </w:pPr>
            <w:r>
              <w:t>Teeth and gums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6019FDD" w14:textId="77777777" w:rsidR="00D8135F" w:rsidRDefault="004D0220">
            <w:pPr>
              <w:spacing w:before="40" w:after="40" w:line="264" w:lineRule="auto"/>
            </w:pPr>
            <w:r>
              <w:t>☐</w:t>
            </w:r>
            <w:r>
              <w:t xml:space="preserve"> Morning   ☐ Evening   ☐ Other: __________   Person helping: __________</w:t>
            </w:r>
            <w:r>
              <w:br/>
              <w:t>Brush: ☐ Manual ☐ Electric ☐ Adapted    Toothpaste: __________________</w:t>
            </w:r>
          </w:p>
        </w:tc>
      </w:tr>
      <w:tr w:rsidR="00D8135F" w14:paraId="4DD1E5B7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B094C18" w14:textId="77777777" w:rsidR="00D8135F" w:rsidRDefault="004D0220">
            <w:pPr>
              <w:spacing w:before="40" w:after="40" w:line="264" w:lineRule="auto"/>
            </w:pPr>
            <w:r>
              <w:t>Between teeth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EB917C5" w14:textId="77777777" w:rsidR="00D8135F" w:rsidRDefault="004D0220">
            <w:pPr>
              <w:spacing w:before="40" w:after="40" w:line="264" w:lineRule="auto"/>
            </w:pPr>
            <w:r>
              <w:t>☐</w:t>
            </w:r>
            <w:r>
              <w:t xml:space="preserve"> Not used   ☐ Interdental brush or other: ______________________________</w:t>
            </w:r>
          </w:p>
        </w:tc>
      </w:tr>
      <w:tr w:rsidR="00D8135F" w14:paraId="19329EB9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666EC8" w14:textId="77777777" w:rsidR="00D8135F" w:rsidRDefault="004D0220">
            <w:pPr>
              <w:spacing w:before="40" w:after="40" w:line="264" w:lineRule="auto"/>
            </w:pPr>
            <w:r>
              <w:t>Dentures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CB4A534" w14:textId="77777777" w:rsidR="00D8135F" w:rsidRDefault="004D0220">
            <w:pPr>
              <w:spacing w:before="40" w:after="40" w:line="264" w:lineRule="auto"/>
            </w:pPr>
            <w:r>
              <w:t>☐</w:t>
            </w:r>
            <w:r>
              <w:t xml:space="preserve"> Clean daily   ☐ Rinse after meals   ☐ Remove overnight if agreed</w:t>
            </w:r>
            <w:r>
              <w:br/>
            </w:r>
            <w:r>
              <w:t>Cleaning and storage method: __________________________________________</w:t>
            </w:r>
          </w:p>
        </w:tc>
      </w:tr>
      <w:tr w:rsidR="00D8135F" w14:paraId="120AD896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5FFE916" w14:textId="77777777" w:rsidR="00D8135F" w:rsidRDefault="004D0220">
            <w:pPr>
              <w:spacing w:before="40" w:after="40" w:line="264" w:lineRule="auto"/>
            </w:pPr>
            <w:r>
              <w:t>Lips and mouth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59DCE95" w14:textId="77777777" w:rsidR="00D8135F" w:rsidRDefault="004D0220">
            <w:pPr>
              <w:spacing w:before="40" w:after="40" w:line="264" w:lineRule="auto"/>
            </w:pPr>
            <w:r>
              <w:t>Dry mouth or lip care, if needed: ________________________________________</w:t>
            </w:r>
          </w:p>
        </w:tc>
      </w:tr>
      <w:tr w:rsidR="00D8135F" w14:paraId="3B4CAA0B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523BDA5" w14:textId="77777777" w:rsidR="00D8135F" w:rsidRDefault="004D0220">
            <w:pPr>
              <w:spacing w:before="40" w:after="40" w:line="264" w:lineRule="auto"/>
            </w:pPr>
            <w:r>
              <w:t>Other products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2F43E7" w14:textId="77777777" w:rsidR="00D8135F" w:rsidRDefault="004D0220">
            <w:pPr>
              <w:spacing w:before="40" w:after="40" w:line="264" w:lineRule="auto"/>
            </w:pPr>
            <w:r>
              <w:t>Mouthwash, fixative or prescribed products and instructions: _______________</w:t>
            </w:r>
            <w:r>
              <w:br/>
              <w:t>________________________________________________________________</w:t>
            </w:r>
          </w:p>
        </w:tc>
      </w:tr>
      <w:tr w:rsidR="00D8135F" w14:paraId="32095209" w14:textId="77777777">
        <w:trPr>
          <w:jc w:val="center"/>
        </w:trPr>
        <w:tc>
          <w:tcPr>
            <w:tcW w:w="208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243986" w14:textId="77777777" w:rsidR="00D8135F" w:rsidRDefault="004D0220">
            <w:pPr>
              <w:spacing w:before="40" w:after="40" w:line="264" w:lineRule="auto"/>
            </w:pPr>
            <w:r>
              <w:t>Practical details</w:t>
            </w:r>
          </w:p>
        </w:tc>
        <w:tc>
          <w:tcPr>
            <w:tcW w:w="81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3BF6EC6" w14:textId="77777777" w:rsidR="00D8135F" w:rsidRDefault="004D0220">
            <w:pPr>
              <w:spacing w:before="40" w:after="40" w:line="264" w:lineRule="auto"/>
            </w:pPr>
            <w:r>
              <w:t>Preferred time: __________________   Position or assistance: _______________</w:t>
            </w:r>
            <w:r>
              <w:br/>
              <w:t>Where supplies are kept: ______________________________________________</w:t>
            </w:r>
          </w:p>
        </w:tc>
      </w:tr>
    </w:tbl>
    <w:p w14:paraId="2A9CEE46" w14:textId="77777777" w:rsidR="00D8135F" w:rsidRDefault="004D0220">
      <w:pPr>
        <w:pStyle w:val="Heading1"/>
      </w:pPr>
      <w:r>
        <w:t>Concerns and actions</w:t>
      </w:r>
    </w:p>
    <w:p w14:paraId="616DC673" w14:textId="77777777" w:rsidR="00D8135F" w:rsidRDefault="004D0220">
      <w:pPr>
        <w:spacing w:after="120"/>
      </w:pPr>
      <w:r>
        <w:t>☐</w:t>
      </w:r>
      <w:r>
        <w:t xml:space="preserve"> No current concern   ☐ Dental appointment requested   ☐ Dentist or other clinician contacted   ☐ Urgent concern escalated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3168"/>
        <w:gridCol w:w="2520"/>
      </w:tblGrid>
      <w:tr w:rsidR="00D8135F" w14:paraId="40831874" w14:textId="77777777">
        <w:trPr>
          <w:jc w:val="center"/>
        </w:trPr>
        <w:tc>
          <w:tcPr>
            <w:tcW w:w="4536" w:type="dxa"/>
            <w:tcBorders>
              <w:bottom w:val="single" w:sz="4" w:space="0" w:color="D9D9D9"/>
            </w:tcBorders>
            <w:shd w:val="clear" w:color="auto" w:fill="EAF1F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B630D82" w14:textId="77777777" w:rsidR="00D8135F" w:rsidRDefault="004D0220">
            <w:pPr>
              <w:spacing w:before="40" w:after="40" w:line="264" w:lineRule="auto"/>
            </w:pPr>
            <w:r>
              <w:rPr>
                <w:b/>
              </w:rPr>
              <w:t>Concern or action</w:t>
            </w:r>
          </w:p>
        </w:tc>
        <w:tc>
          <w:tcPr>
            <w:tcW w:w="3168" w:type="dxa"/>
            <w:tcBorders>
              <w:bottom w:val="single" w:sz="4" w:space="0" w:color="D9D9D9"/>
            </w:tcBorders>
            <w:shd w:val="clear" w:color="auto" w:fill="EAF1F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20A0500" w14:textId="77777777" w:rsidR="00D8135F" w:rsidRDefault="004D0220">
            <w:pPr>
              <w:spacing w:before="40" w:after="40" w:line="264" w:lineRule="auto"/>
            </w:pPr>
            <w:r>
              <w:rPr>
                <w:b/>
              </w:rPr>
              <w:t>Who contacted or responsible</w:t>
            </w:r>
          </w:p>
        </w:tc>
        <w:tc>
          <w:tcPr>
            <w:tcW w:w="2520" w:type="dxa"/>
            <w:tcBorders>
              <w:bottom w:val="single" w:sz="4" w:space="0" w:color="D9D9D9"/>
            </w:tcBorders>
            <w:shd w:val="clear" w:color="auto" w:fill="EAF1F3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56EA37F" w14:textId="77777777" w:rsidR="00D8135F" w:rsidRDefault="004D0220">
            <w:pPr>
              <w:spacing w:before="40" w:after="40" w:line="264" w:lineRule="auto"/>
            </w:pPr>
            <w:r>
              <w:rPr>
                <w:b/>
              </w:rPr>
              <w:t>Date and outcome</w:t>
            </w:r>
          </w:p>
        </w:tc>
      </w:tr>
      <w:tr w:rsidR="00D8135F" w14:paraId="6842739A" w14:textId="77777777">
        <w:trPr>
          <w:jc w:val="center"/>
        </w:trPr>
        <w:tc>
          <w:tcPr>
            <w:tcW w:w="45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04DE167" w14:textId="77777777" w:rsidR="00D8135F" w:rsidRDefault="004D0220">
            <w:pPr>
              <w:spacing w:before="40" w:after="40" w:line="264" w:lineRule="auto"/>
            </w:pPr>
            <w:r>
              <w:t>____________________________</w:t>
            </w:r>
          </w:p>
        </w:tc>
        <w:tc>
          <w:tcPr>
            <w:tcW w:w="316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6CCD5EE" w14:textId="77777777" w:rsidR="00D8135F" w:rsidRDefault="004D0220">
            <w:pPr>
              <w:spacing w:before="40" w:after="40" w:line="264" w:lineRule="auto"/>
            </w:pPr>
            <w:r>
              <w:t>________________________</w:t>
            </w:r>
          </w:p>
        </w:tc>
        <w:tc>
          <w:tcPr>
            <w:tcW w:w="2520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B37D711" w14:textId="77777777" w:rsidR="00D8135F" w:rsidRDefault="004D0220">
            <w:pPr>
              <w:spacing w:before="40" w:after="40" w:line="264" w:lineRule="auto"/>
            </w:pPr>
            <w:r>
              <w:t>____________________</w:t>
            </w:r>
          </w:p>
        </w:tc>
      </w:tr>
      <w:tr w:rsidR="00D8135F" w14:paraId="6091A7E9" w14:textId="77777777">
        <w:trPr>
          <w:jc w:val="center"/>
        </w:trPr>
        <w:tc>
          <w:tcPr>
            <w:tcW w:w="453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859BF46" w14:textId="77777777" w:rsidR="00D8135F" w:rsidRDefault="004D0220">
            <w:pPr>
              <w:spacing w:before="40" w:after="40" w:line="264" w:lineRule="auto"/>
            </w:pPr>
            <w:r>
              <w:t>____________________________</w:t>
            </w:r>
          </w:p>
        </w:tc>
        <w:tc>
          <w:tcPr>
            <w:tcW w:w="3168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60BC297" w14:textId="77777777" w:rsidR="00D8135F" w:rsidRDefault="004D0220">
            <w:pPr>
              <w:spacing w:before="40" w:after="40" w:line="264" w:lineRule="auto"/>
            </w:pPr>
            <w:r>
              <w:t>________________________</w:t>
            </w:r>
          </w:p>
        </w:tc>
        <w:tc>
          <w:tcPr>
            <w:tcW w:w="2520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C34CC63" w14:textId="77777777" w:rsidR="00D8135F" w:rsidRDefault="004D0220">
            <w:pPr>
              <w:spacing w:before="40" w:after="40" w:line="264" w:lineRule="auto"/>
            </w:pPr>
            <w:r>
              <w:t>____________________</w:t>
            </w:r>
          </w:p>
        </w:tc>
      </w:tr>
    </w:tbl>
    <w:p w14:paraId="4EE38D74" w14:textId="77777777" w:rsidR="00D8135F" w:rsidRDefault="004D0220">
      <w:pPr>
        <w:spacing w:after="120"/>
      </w:pPr>
      <w:r>
        <w:t>If pain, swelling, persistent ulcer or patch, bleeding, denture problems or a change in eating is noticed, record it and follow the home’s escalation process. Assessment by care staff does not replace dental diagnosis.</w:t>
      </w:r>
    </w:p>
    <w:p w14:paraId="0AB685FE" w14:textId="77777777" w:rsidR="00D8135F" w:rsidRDefault="004D0220">
      <w:pPr>
        <w:pStyle w:val="Heading1"/>
      </w:pPr>
      <w:r>
        <w:t>Review and sign off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16"/>
        <w:gridCol w:w="2304"/>
        <w:gridCol w:w="3024"/>
        <w:gridCol w:w="2880"/>
      </w:tblGrid>
      <w:tr w:rsidR="00D8135F" w14:paraId="3675E924" w14:textId="77777777">
        <w:trPr>
          <w:jc w:val="center"/>
        </w:trPr>
        <w:tc>
          <w:tcPr>
            <w:tcW w:w="201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73F1580" w14:textId="77777777" w:rsidR="00D8135F" w:rsidRDefault="004D0220">
            <w:pPr>
              <w:spacing w:before="40" w:after="40" w:line="264" w:lineRule="auto"/>
            </w:pPr>
            <w:r>
              <w:t>Next review date</w:t>
            </w:r>
          </w:p>
        </w:tc>
        <w:tc>
          <w:tcPr>
            <w:tcW w:w="2304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A289A20" w14:textId="77777777" w:rsidR="00D8135F" w:rsidRDefault="004D0220">
            <w:pPr>
              <w:spacing w:before="40" w:after="40" w:line="264" w:lineRule="auto"/>
            </w:pPr>
            <w:r>
              <w:t>____________________</w:t>
            </w:r>
          </w:p>
        </w:tc>
        <w:tc>
          <w:tcPr>
            <w:tcW w:w="3024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2ADBA88" w14:textId="77777777" w:rsidR="00D8135F" w:rsidRDefault="004D0220">
            <w:pPr>
              <w:spacing w:before="40" w:after="40" w:line="264" w:lineRule="auto"/>
            </w:pPr>
            <w:r>
              <w:t>Earlier review trigger</w:t>
            </w:r>
          </w:p>
        </w:tc>
        <w:tc>
          <w:tcPr>
            <w:tcW w:w="2880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DD9C561" w14:textId="77777777" w:rsidR="00D8135F" w:rsidRDefault="004D0220">
            <w:pPr>
              <w:spacing w:before="40" w:after="40" w:line="264" w:lineRule="auto"/>
            </w:pPr>
            <w:r>
              <w:t>______________________</w:t>
            </w:r>
          </w:p>
        </w:tc>
      </w:tr>
      <w:tr w:rsidR="00D8135F" w14:paraId="1713732F" w14:textId="77777777">
        <w:trPr>
          <w:jc w:val="center"/>
        </w:trPr>
        <w:tc>
          <w:tcPr>
            <w:tcW w:w="201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47DC7D1" w14:textId="77777777" w:rsidR="00D8135F" w:rsidRDefault="004D0220">
            <w:pPr>
              <w:spacing w:before="40" w:after="40" w:line="264" w:lineRule="auto"/>
            </w:pPr>
            <w:r>
              <w:t>Resident involved</w:t>
            </w:r>
          </w:p>
        </w:tc>
        <w:tc>
          <w:tcPr>
            <w:tcW w:w="2304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867908A" w14:textId="77777777" w:rsidR="00D8135F" w:rsidRDefault="004D0220">
            <w:pPr>
              <w:spacing w:before="40" w:after="40" w:line="264" w:lineRule="auto"/>
            </w:pPr>
            <w:r>
              <w:t>☐</w:t>
            </w:r>
            <w:r>
              <w:t xml:space="preserve"> Yes ☐ No ☐ Unable</w:t>
            </w:r>
          </w:p>
        </w:tc>
        <w:tc>
          <w:tcPr>
            <w:tcW w:w="3024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820E263" w14:textId="77777777" w:rsidR="00D8135F" w:rsidRDefault="004D0220">
            <w:pPr>
              <w:spacing w:before="40" w:after="40" w:line="264" w:lineRule="auto"/>
            </w:pPr>
            <w:r>
              <w:t>Family or representative involved</w:t>
            </w:r>
          </w:p>
        </w:tc>
        <w:tc>
          <w:tcPr>
            <w:tcW w:w="2880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099CB27" w14:textId="77777777" w:rsidR="00D8135F" w:rsidRDefault="004D0220">
            <w:pPr>
              <w:spacing w:before="40" w:after="40" w:line="264" w:lineRule="auto"/>
            </w:pPr>
            <w:r>
              <w:t>☐</w:t>
            </w:r>
            <w:r>
              <w:t xml:space="preserve"> Yes ☐ No ☐ Not applicable</w:t>
            </w:r>
          </w:p>
        </w:tc>
      </w:tr>
      <w:tr w:rsidR="00D8135F" w14:paraId="064AA026" w14:textId="77777777">
        <w:trPr>
          <w:jc w:val="center"/>
        </w:trPr>
        <w:tc>
          <w:tcPr>
            <w:tcW w:w="2016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03687A5" w14:textId="77777777" w:rsidR="00D8135F" w:rsidRDefault="004D0220">
            <w:pPr>
              <w:spacing w:before="40" w:after="40" w:line="264" w:lineRule="auto"/>
            </w:pPr>
            <w:r>
              <w:t>Assessor signature</w:t>
            </w:r>
          </w:p>
        </w:tc>
        <w:tc>
          <w:tcPr>
            <w:tcW w:w="2304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6FEC046" w14:textId="77777777" w:rsidR="00D8135F" w:rsidRDefault="004D0220">
            <w:pPr>
              <w:spacing w:before="40" w:after="40" w:line="264" w:lineRule="auto"/>
            </w:pPr>
            <w:r>
              <w:t>____________________</w:t>
            </w:r>
          </w:p>
        </w:tc>
        <w:tc>
          <w:tcPr>
            <w:tcW w:w="3024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6231686" w14:textId="77777777" w:rsidR="00D8135F" w:rsidRDefault="004D0220">
            <w:pPr>
              <w:spacing w:before="40" w:after="40" w:line="264" w:lineRule="auto"/>
            </w:pPr>
            <w:r>
              <w:t>Manager or reviewer</w:t>
            </w:r>
          </w:p>
        </w:tc>
        <w:tc>
          <w:tcPr>
            <w:tcW w:w="2880" w:type="dxa"/>
            <w:tcBorders>
              <w:bottom w:val="single" w:sz="4" w:space="0" w:color="D9D9D9"/>
            </w:tcBorders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B23C508" w14:textId="77777777" w:rsidR="00D8135F" w:rsidRDefault="004D0220">
            <w:pPr>
              <w:spacing w:before="40" w:after="40" w:line="264" w:lineRule="auto"/>
            </w:pPr>
            <w:r>
              <w:t>______________________</w:t>
            </w:r>
          </w:p>
        </w:tc>
      </w:tr>
    </w:tbl>
    <w:p w14:paraId="77EE75EB" w14:textId="77777777" w:rsidR="00D8135F" w:rsidRDefault="004D0220">
      <w:pPr>
        <w:spacing w:after="120"/>
      </w:pPr>
      <w:r>
        <w:rPr>
          <w:sz w:val="16"/>
        </w:rPr>
        <w:t>Guidance basis  NICE NG48 Oral health for adults in care homes  •  www.nice.org.uk/guidance/ng48</w:t>
      </w:r>
    </w:p>
    <w:sectPr w:rsidR="00D8135F" w:rsidSect="00034616">
      <w:pgSz w:w="12240" w:h="15840"/>
      <w:pgMar w:top="893" w:right="1008" w:bottom="83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7269045">
    <w:abstractNumId w:val="8"/>
  </w:num>
  <w:num w:numId="2" w16cid:durableId="518740534">
    <w:abstractNumId w:val="6"/>
  </w:num>
  <w:num w:numId="3" w16cid:durableId="1382173319">
    <w:abstractNumId w:val="5"/>
  </w:num>
  <w:num w:numId="4" w16cid:durableId="410086976">
    <w:abstractNumId w:val="4"/>
  </w:num>
  <w:num w:numId="5" w16cid:durableId="40402775">
    <w:abstractNumId w:val="7"/>
  </w:num>
  <w:num w:numId="6" w16cid:durableId="954482182">
    <w:abstractNumId w:val="3"/>
  </w:num>
  <w:num w:numId="7" w16cid:durableId="1531989625">
    <w:abstractNumId w:val="2"/>
  </w:num>
  <w:num w:numId="8" w16cid:durableId="783579558">
    <w:abstractNumId w:val="1"/>
  </w:num>
  <w:num w:numId="9" w16cid:durableId="1646815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D0220"/>
    <w:rsid w:val="00AA1D8D"/>
    <w:rsid w:val="00B47730"/>
    <w:rsid w:val="00CB0664"/>
    <w:rsid w:val="00D06446"/>
    <w:rsid w:val="00D8135F"/>
    <w:rsid w:val="00F754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D383FB"/>
  <w14:defaultImageDpi w14:val="300"/>
  <w15:docId w15:val="{D669E6ED-0E89-47CD-89F6-E70F6E6D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nil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Jane Peterson</cp:lastModifiedBy>
  <cp:revision>2</cp:revision>
  <cp:lastPrinted>2026-09-29T09:52:00Z</cp:lastPrinted>
  <dcterms:created xsi:type="dcterms:W3CDTF">2026-09-29T09:54:00Z</dcterms:created>
  <dcterms:modified xsi:type="dcterms:W3CDTF">2026-09-29T09:54:00Z</dcterms:modified>
  <cp:category/>
</cp:coreProperties>
</file>