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5FA4D" w14:textId="77777777" w:rsidR="009C14D4" w:rsidRDefault="00A67871">
      <w:pPr>
        <w:pStyle w:val="Title"/>
        <w:jc w:val="center"/>
      </w:pPr>
      <w:r>
        <w:t>MOUTH CARE RESISTANCE FORM</w:t>
      </w:r>
    </w:p>
    <w:p w14:paraId="3F701C30" w14:textId="77777777" w:rsidR="009C14D4" w:rsidRDefault="00A67871">
      <w:pPr>
        <w:jc w:val="center"/>
      </w:pPr>
      <w:r>
        <w:rPr>
          <w:b/>
        </w:rPr>
        <w:t>Complete when mouth care is refused on five consecutive attempts</w:t>
      </w:r>
    </w:p>
    <w:p w14:paraId="4AF62A77" w14:textId="77777777" w:rsidR="009C14D4" w:rsidRDefault="00A67871">
      <w:r>
        <w:rPr>
          <w:b/>
        </w:rPr>
        <w:t xml:space="preserve">Purpose: </w:t>
      </w:r>
      <w:r>
        <w:t>To record repeated mouth care resistance, identify possible causes, document approaches tried, and agree an action plan.</w:t>
      </w:r>
    </w:p>
    <w:p w14:paraId="60C7E694" w14:textId="77777777" w:rsidR="009C14D4" w:rsidRDefault="00A67871">
      <w:pPr>
        <w:spacing w:before="100" w:after="40"/>
      </w:pPr>
      <w:r>
        <w:rPr>
          <w:b/>
          <w:sz w:val="22"/>
        </w:rPr>
        <w:t>1. Resident details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19"/>
        <w:gridCol w:w="5327"/>
      </w:tblGrid>
      <w:tr w:rsidR="009C14D4" w14:paraId="2A8524A4" w14:textId="77777777">
        <w:trPr>
          <w:jc w:val="center"/>
        </w:trPr>
        <w:tc>
          <w:tcPr>
            <w:tcW w:w="5328" w:type="dxa"/>
            <w:vAlign w:val="center"/>
          </w:tcPr>
          <w:p w14:paraId="6FE5A350" w14:textId="77777777" w:rsidR="009C14D4" w:rsidRDefault="00A67871">
            <w:r>
              <w:t>Resident name</w:t>
            </w:r>
          </w:p>
        </w:tc>
        <w:tc>
          <w:tcPr>
            <w:tcW w:w="5328" w:type="dxa"/>
            <w:vAlign w:val="center"/>
          </w:tcPr>
          <w:p w14:paraId="57B73550" w14:textId="77777777" w:rsidR="009C14D4" w:rsidRDefault="00A67871">
            <w:r>
              <w:t>____________________________________________</w:t>
            </w:r>
          </w:p>
        </w:tc>
      </w:tr>
      <w:tr w:rsidR="009C14D4" w14:paraId="5D856D95" w14:textId="77777777">
        <w:trPr>
          <w:jc w:val="center"/>
        </w:trPr>
        <w:tc>
          <w:tcPr>
            <w:tcW w:w="5328" w:type="dxa"/>
            <w:vAlign w:val="center"/>
          </w:tcPr>
          <w:p w14:paraId="50DB749B" w14:textId="77777777" w:rsidR="009C14D4" w:rsidRDefault="00A67871">
            <w:r>
              <w:t>Room number</w:t>
            </w:r>
          </w:p>
        </w:tc>
        <w:tc>
          <w:tcPr>
            <w:tcW w:w="5328" w:type="dxa"/>
            <w:vAlign w:val="center"/>
          </w:tcPr>
          <w:p w14:paraId="0E152DA9" w14:textId="77777777" w:rsidR="009C14D4" w:rsidRDefault="00A67871">
            <w:r>
              <w:t>__________________</w:t>
            </w:r>
          </w:p>
        </w:tc>
      </w:tr>
      <w:tr w:rsidR="009C14D4" w14:paraId="3108A810" w14:textId="77777777">
        <w:trPr>
          <w:jc w:val="center"/>
        </w:trPr>
        <w:tc>
          <w:tcPr>
            <w:tcW w:w="5328" w:type="dxa"/>
            <w:vAlign w:val="center"/>
          </w:tcPr>
          <w:p w14:paraId="62C9C804" w14:textId="77777777" w:rsidR="009C14D4" w:rsidRDefault="00A67871">
            <w:r>
              <w:t>Date report completed</w:t>
            </w:r>
          </w:p>
        </w:tc>
        <w:tc>
          <w:tcPr>
            <w:tcW w:w="5328" w:type="dxa"/>
            <w:vAlign w:val="center"/>
          </w:tcPr>
          <w:p w14:paraId="720B27F4" w14:textId="77777777" w:rsidR="009C14D4" w:rsidRDefault="00A67871">
            <w:r>
              <w:t>__________________</w:t>
            </w:r>
          </w:p>
        </w:tc>
      </w:tr>
      <w:tr w:rsidR="009C14D4" w14:paraId="18B55B2F" w14:textId="77777777">
        <w:trPr>
          <w:jc w:val="center"/>
        </w:trPr>
        <w:tc>
          <w:tcPr>
            <w:tcW w:w="5328" w:type="dxa"/>
            <w:vAlign w:val="center"/>
          </w:tcPr>
          <w:p w14:paraId="3424415C" w14:textId="77777777" w:rsidR="009C14D4" w:rsidRDefault="00A67871">
            <w:r>
              <w:t>Person completing form</w:t>
            </w:r>
          </w:p>
        </w:tc>
        <w:tc>
          <w:tcPr>
            <w:tcW w:w="5328" w:type="dxa"/>
            <w:vAlign w:val="center"/>
          </w:tcPr>
          <w:p w14:paraId="6DEC2E33" w14:textId="77777777" w:rsidR="009C14D4" w:rsidRDefault="00A67871">
            <w:r>
              <w:t>____________________________________________</w:t>
            </w:r>
          </w:p>
        </w:tc>
      </w:tr>
    </w:tbl>
    <w:p w14:paraId="0077C8E9" w14:textId="77777777" w:rsidR="009C14D4" w:rsidRDefault="00A67871">
      <w:pPr>
        <w:spacing w:before="100" w:after="40"/>
      </w:pPr>
      <w:r>
        <w:rPr>
          <w:b/>
          <w:sz w:val="22"/>
        </w:rPr>
        <w:t>2. Record of five consecutive refusals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28"/>
        <w:gridCol w:w="1818"/>
        <w:gridCol w:w="1173"/>
        <w:gridCol w:w="1173"/>
        <w:gridCol w:w="1818"/>
        <w:gridCol w:w="1818"/>
        <w:gridCol w:w="1818"/>
      </w:tblGrid>
      <w:tr w:rsidR="009C14D4" w14:paraId="238543D4" w14:textId="77777777">
        <w:trPr>
          <w:jc w:val="center"/>
        </w:trPr>
        <w:tc>
          <w:tcPr>
            <w:tcW w:w="1522" w:type="dxa"/>
          </w:tcPr>
          <w:p w14:paraId="0E6333EB" w14:textId="77777777" w:rsidR="009C14D4" w:rsidRDefault="00A67871">
            <w:r>
              <w:t>Attempt</w:t>
            </w:r>
          </w:p>
        </w:tc>
        <w:tc>
          <w:tcPr>
            <w:tcW w:w="1522" w:type="dxa"/>
          </w:tcPr>
          <w:p w14:paraId="0ECB645D" w14:textId="77777777" w:rsidR="009C14D4" w:rsidRDefault="00A67871">
            <w:r>
              <w:t>Date / time</w:t>
            </w:r>
          </w:p>
        </w:tc>
        <w:tc>
          <w:tcPr>
            <w:tcW w:w="1522" w:type="dxa"/>
          </w:tcPr>
          <w:p w14:paraId="2BD60649" w14:textId="77777777" w:rsidR="009C14D4" w:rsidRDefault="00A67871">
            <w:r>
              <w:t>Verbal resistance</w:t>
            </w:r>
          </w:p>
        </w:tc>
        <w:tc>
          <w:tcPr>
            <w:tcW w:w="1522" w:type="dxa"/>
          </w:tcPr>
          <w:p w14:paraId="4CBBED15" w14:textId="77777777" w:rsidR="009C14D4" w:rsidRDefault="00A67871">
            <w:r>
              <w:t>Physical resistance</w:t>
            </w:r>
          </w:p>
        </w:tc>
        <w:tc>
          <w:tcPr>
            <w:tcW w:w="1522" w:type="dxa"/>
          </w:tcPr>
          <w:p w14:paraId="6083168E" w14:textId="77777777" w:rsidR="009C14D4" w:rsidRDefault="00A67871">
            <w:r>
              <w:t>What happened?</w:t>
            </w:r>
          </w:p>
        </w:tc>
        <w:tc>
          <w:tcPr>
            <w:tcW w:w="1522" w:type="dxa"/>
          </w:tcPr>
          <w:p w14:paraId="20053887" w14:textId="77777777" w:rsidR="009C14D4" w:rsidRDefault="00A67871">
            <w:r>
              <w:t>What was tried?</w:t>
            </w:r>
          </w:p>
        </w:tc>
        <w:tc>
          <w:tcPr>
            <w:tcW w:w="1522" w:type="dxa"/>
          </w:tcPr>
          <w:p w14:paraId="03565EF3" w14:textId="77777777" w:rsidR="009C14D4" w:rsidRDefault="00A67871">
            <w:r>
              <w:t>Outcome</w:t>
            </w:r>
          </w:p>
        </w:tc>
      </w:tr>
      <w:tr w:rsidR="009C14D4" w14:paraId="3B80DE58" w14:textId="77777777">
        <w:trPr>
          <w:jc w:val="center"/>
        </w:trPr>
        <w:tc>
          <w:tcPr>
            <w:tcW w:w="1522" w:type="dxa"/>
          </w:tcPr>
          <w:p w14:paraId="4A87F4A8" w14:textId="77777777" w:rsidR="009C14D4" w:rsidRDefault="00A67871">
            <w:r>
              <w:t>1</w:t>
            </w:r>
          </w:p>
        </w:tc>
        <w:tc>
          <w:tcPr>
            <w:tcW w:w="1522" w:type="dxa"/>
          </w:tcPr>
          <w:p w14:paraId="5CC1A64C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0C15A693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35A41DA2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7411AD96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653D363F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7856F84F" w14:textId="77777777" w:rsidR="009C14D4" w:rsidRDefault="00A67871">
            <w:r>
              <w:t>________________</w:t>
            </w:r>
          </w:p>
        </w:tc>
      </w:tr>
      <w:tr w:rsidR="009C14D4" w14:paraId="38EFE43A" w14:textId="77777777">
        <w:trPr>
          <w:jc w:val="center"/>
        </w:trPr>
        <w:tc>
          <w:tcPr>
            <w:tcW w:w="1522" w:type="dxa"/>
          </w:tcPr>
          <w:p w14:paraId="59DEA252" w14:textId="77777777" w:rsidR="009C14D4" w:rsidRDefault="00A67871">
            <w:r>
              <w:t>2</w:t>
            </w:r>
          </w:p>
        </w:tc>
        <w:tc>
          <w:tcPr>
            <w:tcW w:w="1522" w:type="dxa"/>
          </w:tcPr>
          <w:p w14:paraId="4D060126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7A66F514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5AD4FE25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3826B147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3F6BB07B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215E47A9" w14:textId="77777777" w:rsidR="009C14D4" w:rsidRDefault="00A67871">
            <w:r>
              <w:t>________________</w:t>
            </w:r>
          </w:p>
        </w:tc>
      </w:tr>
      <w:tr w:rsidR="009C14D4" w14:paraId="5E60D623" w14:textId="77777777">
        <w:trPr>
          <w:jc w:val="center"/>
        </w:trPr>
        <w:tc>
          <w:tcPr>
            <w:tcW w:w="1522" w:type="dxa"/>
          </w:tcPr>
          <w:p w14:paraId="661369FF" w14:textId="77777777" w:rsidR="009C14D4" w:rsidRDefault="00A67871">
            <w:r>
              <w:t>3</w:t>
            </w:r>
          </w:p>
        </w:tc>
        <w:tc>
          <w:tcPr>
            <w:tcW w:w="1522" w:type="dxa"/>
          </w:tcPr>
          <w:p w14:paraId="11D64F2E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65A84EA2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04DD7C2A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3FF10C88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1D7A9CDE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03E0B3DD" w14:textId="77777777" w:rsidR="009C14D4" w:rsidRDefault="00A67871">
            <w:r>
              <w:t>________________</w:t>
            </w:r>
          </w:p>
        </w:tc>
      </w:tr>
      <w:tr w:rsidR="009C14D4" w14:paraId="12359E08" w14:textId="77777777">
        <w:trPr>
          <w:jc w:val="center"/>
        </w:trPr>
        <w:tc>
          <w:tcPr>
            <w:tcW w:w="1522" w:type="dxa"/>
          </w:tcPr>
          <w:p w14:paraId="4403E70A" w14:textId="77777777" w:rsidR="009C14D4" w:rsidRDefault="00A67871">
            <w:r>
              <w:t>4</w:t>
            </w:r>
          </w:p>
        </w:tc>
        <w:tc>
          <w:tcPr>
            <w:tcW w:w="1522" w:type="dxa"/>
          </w:tcPr>
          <w:p w14:paraId="64C33ACE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30B3D850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7E7E48FB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4DC2AFCE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40DF5DF5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54245DF7" w14:textId="77777777" w:rsidR="009C14D4" w:rsidRDefault="00A67871">
            <w:r>
              <w:t>________________</w:t>
            </w:r>
          </w:p>
        </w:tc>
      </w:tr>
      <w:tr w:rsidR="009C14D4" w14:paraId="63B7614A" w14:textId="77777777">
        <w:trPr>
          <w:jc w:val="center"/>
        </w:trPr>
        <w:tc>
          <w:tcPr>
            <w:tcW w:w="1522" w:type="dxa"/>
          </w:tcPr>
          <w:p w14:paraId="2DFC4F75" w14:textId="77777777" w:rsidR="009C14D4" w:rsidRDefault="00A67871">
            <w:r>
              <w:t>5</w:t>
            </w:r>
          </w:p>
        </w:tc>
        <w:tc>
          <w:tcPr>
            <w:tcW w:w="1522" w:type="dxa"/>
          </w:tcPr>
          <w:p w14:paraId="4380F7F9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45B5D556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6BC621D3" w14:textId="77777777" w:rsidR="009C14D4" w:rsidRDefault="00A67871">
            <w:r>
              <w:t>☐ Yes  ☐ No</w:t>
            </w:r>
          </w:p>
        </w:tc>
        <w:tc>
          <w:tcPr>
            <w:tcW w:w="1522" w:type="dxa"/>
          </w:tcPr>
          <w:p w14:paraId="2B0C96D6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1D035AE6" w14:textId="77777777" w:rsidR="009C14D4" w:rsidRDefault="00A67871">
            <w:r>
              <w:t>________________</w:t>
            </w:r>
          </w:p>
        </w:tc>
        <w:tc>
          <w:tcPr>
            <w:tcW w:w="1522" w:type="dxa"/>
          </w:tcPr>
          <w:p w14:paraId="24C2E427" w14:textId="77777777" w:rsidR="009C14D4" w:rsidRDefault="00A67871">
            <w:r>
              <w:t>________________</w:t>
            </w:r>
          </w:p>
        </w:tc>
      </w:tr>
    </w:tbl>
    <w:p w14:paraId="0D1C4BC6" w14:textId="77777777" w:rsidR="009C14D4" w:rsidRDefault="00A67871">
      <w:pPr>
        <w:spacing w:before="100" w:after="40"/>
      </w:pPr>
      <w:r>
        <w:rPr>
          <w:b/>
          <w:sz w:val="22"/>
        </w:rPr>
        <w:t>3. Possible reasons for resistance</w:t>
      </w:r>
    </w:p>
    <w:p w14:paraId="11939006" w14:textId="77777777" w:rsidR="009C14D4" w:rsidRDefault="00A67871">
      <w:r>
        <w:t>Tick any that may apply, and add details where needed.</w:t>
      </w:r>
    </w:p>
    <w:p w14:paraId="6508E648" w14:textId="77777777" w:rsidR="009C14D4" w:rsidRDefault="00A67871">
      <w:r>
        <w:t>☐ Pain or soreness   ☐ Broken tooth   ☐ Possible infection</w:t>
      </w:r>
    </w:p>
    <w:p w14:paraId="21774986" w14:textId="77777777" w:rsidR="009C14D4" w:rsidRDefault="00A67871">
      <w:r>
        <w:t>☐ Fear or anxiety   ☐ Does not understand what is happening</w:t>
      </w:r>
    </w:p>
    <w:p w14:paraId="784C6CB2" w14:textId="77777777" w:rsidR="009C14D4" w:rsidRDefault="00A67871">
      <w:r>
        <w:t>☐ Unfamiliar person/approach   ☐ Timing not suitable</w:t>
      </w:r>
    </w:p>
    <w:p w14:paraId="26F2F2C2" w14:textId="77777777" w:rsidR="009C14D4" w:rsidRDefault="00A67871">
      <w:r>
        <w:t>☐ Difficulty with mouth opening   ☐ Difficulty understanding instructions</w:t>
      </w:r>
    </w:p>
    <w:p w14:paraId="5157CD53" w14:textId="77777777" w:rsidR="009C14D4" w:rsidRDefault="00A67871">
      <w:r>
        <w:t>☐ Other: ______________________________________________________________</w:t>
      </w:r>
    </w:p>
    <w:p w14:paraId="306CC29E" w14:textId="77777777" w:rsidR="009C14D4" w:rsidRDefault="00A67871">
      <w:pPr>
        <w:spacing w:before="100" w:after="40"/>
      </w:pPr>
      <w:r>
        <w:rPr>
          <w:b/>
          <w:sz w:val="22"/>
        </w:rPr>
        <w:t>4. Approaches attempted</w:t>
      </w:r>
    </w:p>
    <w:p w14:paraId="5772FC97" w14:textId="77777777" w:rsidR="009C14D4" w:rsidRDefault="00A67871">
      <w:r>
        <w:t>☐ Hand-under-hand guidance   ☐ Bridging / copying   ☐ Chaining</w:t>
      </w:r>
    </w:p>
    <w:p w14:paraId="71511AD9" w14:textId="77777777" w:rsidR="009C14D4" w:rsidRDefault="00A67871">
      <w:r>
        <w:t>☐ Hand-over-hand guidance   ☐ Distraction   ☐ Rescuing / second carer</w:t>
      </w:r>
    </w:p>
    <w:p w14:paraId="4F7FE98C" w14:textId="77777777" w:rsidR="009C14D4" w:rsidRDefault="00A67871">
      <w:r>
        <w:t>☐ Visual cues   ☐ Reassuring touch   ☐ Stroke side of cheek</w:t>
      </w:r>
    </w:p>
    <w:p w14:paraId="792F7D4B" w14:textId="77777777" w:rsidR="009C14D4" w:rsidRDefault="00A67871">
      <w:r>
        <w:t>☐ Rolling brush   ☐ Two toothbrushes if clenching   ☐ Other: ______________</w:t>
      </w:r>
    </w:p>
    <w:p w14:paraId="2DE6937E" w14:textId="77777777" w:rsidR="009C14D4" w:rsidRDefault="00A67871">
      <w:pPr>
        <w:spacing w:before="100" w:after="40"/>
      </w:pPr>
      <w:r>
        <w:rPr>
          <w:b/>
          <w:sz w:val="22"/>
        </w:rPr>
        <w:t>5. What worked, even partially?</w:t>
      </w:r>
    </w:p>
    <w:p w14:paraId="01B51C53" w14:textId="77777777" w:rsidR="009C14D4" w:rsidRDefault="00A67871">
      <w:r>
        <w:t>________________________________________________________________________________</w:t>
      </w:r>
    </w:p>
    <w:p w14:paraId="1C0C3D93" w14:textId="77777777" w:rsidR="009C14D4" w:rsidRDefault="00A67871">
      <w:r>
        <w:t>________________________________________________________________________________</w:t>
      </w:r>
    </w:p>
    <w:p w14:paraId="1CA2E455" w14:textId="77777777" w:rsidR="009C14D4" w:rsidRDefault="00A67871">
      <w:pPr>
        <w:spacing w:before="100" w:after="40"/>
      </w:pPr>
      <w:r>
        <w:rPr>
          <w:b/>
          <w:sz w:val="22"/>
        </w:rPr>
        <w:t>6. Action 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23"/>
        <w:gridCol w:w="5823"/>
      </w:tblGrid>
      <w:tr w:rsidR="009C14D4" w14:paraId="581154A5" w14:textId="77777777">
        <w:trPr>
          <w:jc w:val="center"/>
        </w:trPr>
        <w:tc>
          <w:tcPr>
            <w:tcW w:w="5328" w:type="dxa"/>
            <w:vAlign w:val="center"/>
          </w:tcPr>
          <w:p w14:paraId="301E56A3" w14:textId="77777777" w:rsidR="009C14D4" w:rsidRDefault="00A67871">
            <w:r>
              <w:t>What could be done differently next time?</w:t>
            </w:r>
          </w:p>
        </w:tc>
        <w:tc>
          <w:tcPr>
            <w:tcW w:w="5328" w:type="dxa"/>
            <w:vAlign w:val="center"/>
          </w:tcPr>
          <w:p w14:paraId="16EE892E" w14:textId="77777777" w:rsidR="009C14D4" w:rsidRDefault="00A67871">
            <w:r>
              <w:t>________________________________________________________</w:t>
            </w:r>
            <w:r>
              <w:br/>
              <w:t>________________________________________________________</w:t>
            </w:r>
          </w:p>
        </w:tc>
      </w:tr>
      <w:tr w:rsidR="009C14D4" w14:paraId="35E5D66C" w14:textId="77777777">
        <w:trPr>
          <w:jc w:val="center"/>
        </w:trPr>
        <w:tc>
          <w:tcPr>
            <w:tcW w:w="5328" w:type="dxa"/>
            <w:vAlign w:val="center"/>
          </w:tcPr>
          <w:p w14:paraId="2BE91ADB" w14:textId="77777777" w:rsidR="009C14D4" w:rsidRDefault="00A67871">
            <w:r>
              <w:t>Preferred approach / communication</w:t>
            </w:r>
          </w:p>
        </w:tc>
        <w:tc>
          <w:tcPr>
            <w:tcW w:w="5328" w:type="dxa"/>
            <w:vAlign w:val="center"/>
          </w:tcPr>
          <w:p w14:paraId="28B80007" w14:textId="77777777" w:rsidR="009C14D4" w:rsidRDefault="00A67871">
            <w:r>
              <w:t>________________________________________________________</w:t>
            </w:r>
            <w:r>
              <w:br/>
              <w:t>________________________________________________________</w:t>
            </w:r>
          </w:p>
        </w:tc>
      </w:tr>
      <w:tr w:rsidR="009C14D4" w14:paraId="3BEE9053" w14:textId="77777777">
        <w:trPr>
          <w:jc w:val="center"/>
        </w:trPr>
        <w:tc>
          <w:tcPr>
            <w:tcW w:w="5328" w:type="dxa"/>
            <w:vAlign w:val="center"/>
          </w:tcPr>
          <w:p w14:paraId="4D5FCAD2" w14:textId="77777777" w:rsidR="009C14D4" w:rsidRDefault="00A67871">
            <w:r>
              <w:t>Additional support or training needed</w:t>
            </w:r>
          </w:p>
        </w:tc>
        <w:tc>
          <w:tcPr>
            <w:tcW w:w="5328" w:type="dxa"/>
            <w:vAlign w:val="center"/>
          </w:tcPr>
          <w:p w14:paraId="6EF4AF1B" w14:textId="77777777" w:rsidR="009C14D4" w:rsidRDefault="00A67871">
            <w:r>
              <w:t>________________________________________________________</w:t>
            </w:r>
            <w:r>
              <w:br/>
              <w:t>________________________________________________________</w:t>
            </w:r>
          </w:p>
        </w:tc>
      </w:tr>
    </w:tbl>
    <w:p w14:paraId="4A23A12F" w14:textId="77777777" w:rsidR="009C14D4" w:rsidRDefault="00A67871">
      <w:pPr>
        <w:spacing w:before="100" w:after="40"/>
      </w:pPr>
      <w:r>
        <w:rPr>
          <w:b/>
          <w:sz w:val="22"/>
        </w:rPr>
        <w:t>7. People informed / involved</w:t>
      </w:r>
    </w:p>
    <w:p w14:paraId="53EB6A87" w14:textId="77777777" w:rsidR="009C14D4" w:rsidRDefault="00A67871">
      <w:r>
        <w:t>☐ Next of kin   ☐ Dentist   ☐ GP / doctor   ☐ Speech and Language Therapist</w:t>
      </w:r>
    </w:p>
    <w:p w14:paraId="0962B0D0" w14:textId="77777777" w:rsidR="009C14D4" w:rsidRDefault="00A67871">
      <w:r>
        <w:lastRenderedPageBreak/>
        <w:t>☐ Other healthcare professional: ______________________________   ☐ Other: __________________</w:t>
      </w:r>
    </w:p>
    <w:p w14:paraId="2A25C107" w14:textId="77777777" w:rsidR="009C14D4" w:rsidRDefault="00A67871">
      <w:r>
        <w:t>Date informed: __________________   By whom: ______________________________________________</w:t>
      </w:r>
    </w:p>
    <w:p w14:paraId="056AFC7E" w14:textId="77777777" w:rsidR="009C14D4" w:rsidRDefault="00A67871">
      <w:pPr>
        <w:spacing w:before="100" w:after="40"/>
      </w:pPr>
      <w:r>
        <w:rPr>
          <w:b/>
          <w:sz w:val="22"/>
        </w:rPr>
        <w:t>8. Mouth check / clinical concerns</w:t>
      </w:r>
    </w:p>
    <w:p w14:paraId="7465242B" w14:textId="77777777" w:rsidR="009C14D4" w:rsidRDefault="00A67871">
      <w:r>
        <w:t>Any signs of soreness, infection, broken teeth, bleeding or other concerns?</w:t>
      </w:r>
    </w:p>
    <w:p w14:paraId="672980E0" w14:textId="77777777" w:rsidR="009C14D4" w:rsidRDefault="00A67871">
      <w:r>
        <w:t>________________________________________________________________________________</w:t>
      </w:r>
    </w:p>
    <w:p w14:paraId="3E4209EF" w14:textId="77777777" w:rsidR="009C14D4" w:rsidRDefault="00A67871">
      <w:r>
        <w:t>________________________________________________________________________________</w:t>
      </w:r>
    </w:p>
    <w:p w14:paraId="0683F9A2" w14:textId="77777777" w:rsidR="009C14D4" w:rsidRDefault="00A67871">
      <w:r>
        <w:t>Action taken / referral made: __________________________________________________________</w:t>
      </w:r>
    </w:p>
    <w:p w14:paraId="100C6D3C" w14:textId="77777777" w:rsidR="009C14D4" w:rsidRDefault="00A67871">
      <w:pPr>
        <w:spacing w:before="100" w:after="40"/>
      </w:pPr>
      <w:r>
        <w:rPr>
          <w:b/>
          <w:sz w:val="22"/>
        </w:rPr>
        <w:t>9. Review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1"/>
        <w:gridCol w:w="5325"/>
      </w:tblGrid>
      <w:tr w:rsidR="009C14D4" w14:paraId="33484290" w14:textId="77777777">
        <w:trPr>
          <w:jc w:val="center"/>
        </w:trPr>
        <w:tc>
          <w:tcPr>
            <w:tcW w:w="5328" w:type="dxa"/>
            <w:vAlign w:val="center"/>
          </w:tcPr>
          <w:p w14:paraId="47C73ECF" w14:textId="77777777" w:rsidR="009C14D4" w:rsidRDefault="00A67871">
            <w:r>
              <w:t>Staff signature</w:t>
            </w:r>
          </w:p>
        </w:tc>
        <w:tc>
          <w:tcPr>
            <w:tcW w:w="5328" w:type="dxa"/>
            <w:vAlign w:val="center"/>
          </w:tcPr>
          <w:p w14:paraId="41C164E3" w14:textId="77777777" w:rsidR="009C14D4" w:rsidRDefault="00A67871">
            <w:r>
              <w:t>__________________________________   Date: __________________</w:t>
            </w:r>
          </w:p>
        </w:tc>
      </w:tr>
      <w:tr w:rsidR="009C14D4" w14:paraId="27DD2347" w14:textId="77777777">
        <w:trPr>
          <w:jc w:val="center"/>
        </w:trPr>
        <w:tc>
          <w:tcPr>
            <w:tcW w:w="5328" w:type="dxa"/>
            <w:vAlign w:val="center"/>
          </w:tcPr>
          <w:p w14:paraId="762E6FF1" w14:textId="77777777" w:rsidR="009C14D4" w:rsidRDefault="00A67871">
            <w:r>
              <w:t>Supervisor / manager review</w:t>
            </w:r>
          </w:p>
        </w:tc>
        <w:tc>
          <w:tcPr>
            <w:tcW w:w="5328" w:type="dxa"/>
            <w:vAlign w:val="center"/>
          </w:tcPr>
          <w:p w14:paraId="6E896463" w14:textId="77777777" w:rsidR="009C14D4" w:rsidRDefault="00A67871">
            <w:r>
              <w:t>__________________________________   Date: __________________</w:t>
            </w:r>
          </w:p>
        </w:tc>
      </w:tr>
      <w:tr w:rsidR="009C14D4" w14:paraId="6ABB3DAD" w14:textId="77777777">
        <w:trPr>
          <w:jc w:val="center"/>
        </w:trPr>
        <w:tc>
          <w:tcPr>
            <w:tcW w:w="5328" w:type="dxa"/>
            <w:vAlign w:val="center"/>
          </w:tcPr>
          <w:p w14:paraId="699F1143" w14:textId="77777777" w:rsidR="009C14D4" w:rsidRDefault="00A67871">
            <w:r>
              <w:t>Planned review date</w:t>
            </w:r>
          </w:p>
        </w:tc>
        <w:tc>
          <w:tcPr>
            <w:tcW w:w="5328" w:type="dxa"/>
            <w:vAlign w:val="center"/>
          </w:tcPr>
          <w:p w14:paraId="16663991" w14:textId="77777777" w:rsidR="009C14D4" w:rsidRDefault="00A67871">
            <w:r>
              <w:t>__________________</w:t>
            </w:r>
          </w:p>
        </w:tc>
      </w:tr>
    </w:tbl>
    <w:p w14:paraId="2C39F30F" w14:textId="77777777" w:rsidR="009C14D4" w:rsidRDefault="00A67871">
      <w:pPr>
        <w:spacing w:before="120"/>
      </w:pPr>
      <w:r>
        <w:rPr>
          <w:i/>
          <w:sz w:val="16"/>
        </w:rPr>
        <w:t>Record in line with your care home's policies and local clinical governance arrangements.</w:t>
      </w:r>
    </w:p>
    <w:sectPr w:rsidR="009C14D4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67750052">
    <w:abstractNumId w:val="8"/>
  </w:num>
  <w:num w:numId="2" w16cid:durableId="1936741915">
    <w:abstractNumId w:val="6"/>
  </w:num>
  <w:num w:numId="3" w16cid:durableId="1310010969">
    <w:abstractNumId w:val="5"/>
  </w:num>
  <w:num w:numId="4" w16cid:durableId="938683319">
    <w:abstractNumId w:val="4"/>
  </w:num>
  <w:num w:numId="5" w16cid:durableId="950743113">
    <w:abstractNumId w:val="7"/>
  </w:num>
  <w:num w:numId="6" w16cid:durableId="538128473">
    <w:abstractNumId w:val="3"/>
  </w:num>
  <w:num w:numId="7" w16cid:durableId="2014912538">
    <w:abstractNumId w:val="2"/>
  </w:num>
  <w:num w:numId="8" w16cid:durableId="117334909">
    <w:abstractNumId w:val="1"/>
  </w:num>
  <w:num w:numId="9" w16cid:durableId="657656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5C93"/>
    <w:rsid w:val="0015074B"/>
    <w:rsid w:val="00161246"/>
    <w:rsid w:val="0029639D"/>
    <w:rsid w:val="00326F90"/>
    <w:rsid w:val="00660A8B"/>
    <w:rsid w:val="009C14D4"/>
    <w:rsid w:val="00A67871"/>
    <w:rsid w:val="00AA1D8D"/>
    <w:rsid w:val="00B47730"/>
    <w:rsid w:val="00CB0664"/>
    <w:rsid w:val="00E93A8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796A146"/>
  <w14:defaultImageDpi w14:val="300"/>
  <w15:docId w15:val="{7429A315-16DD-4441-9380-9219E1A70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Jane Peterson</cp:lastModifiedBy>
  <cp:revision>2</cp:revision>
  <dcterms:created xsi:type="dcterms:W3CDTF">2026-09-28T13:10:00Z</dcterms:created>
  <dcterms:modified xsi:type="dcterms:W3CDTF">2026-09-28T13:10:00Z</dcterms:modified>
  <cp:category/>
</cp:coreProperties>
</file>